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221"/>
      </w:tblGrid>
      <w:tr w:rsidR="00632214" w14:paraId="041D87BA" w14:textId="77777777" w:rsidTr="002835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8724" w14:textId="77777777" w:rsidR="00632214" w:rsidRDefault="003B6C0F" w:rsidP="00896CC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43102A" wp14:editId="20A153C3">
                  <wp:extent cx="846000" cy="84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hiep_hoi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000" cy="84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39E3" w14:textId="2C9A6385" w:rsidR="00EA29E9" w:rsidRPr="008F01B5" w:rsidRDefault="00896CC9" w:rsidP="00896CC9">
            <w:pPr>
              <w:spacing w:after="0" w:line="240" w:lineRule="auto"/>
              <w:rPr>
                <w:b/>
                <w:color w:val="A2181C"/>
                <w:sz w:val="30"/>
              </w:rPr>
            </w:pPr>
            <w:r>
              <w:rPr>
                <w:b/>
                <w:color w:val="A2181C"/>
                <w:sz w:val="30"/>
              </w:rPr>
              <w:t xml:space="preserve">     </w:t>
            </w:r>
            <w:r w:rsidR="00EA29E9" w:rsidRPr="00A17A02">
              <w:rPr>
                <w:b/>
                <w:color w:val="0053A5"/>
                <w:sz w:val="30"/>
              </w:rPr>
              <w:t>HIỆP HỘI DOANH NGHIỆP TỈNH ĐẮK LẮK</w:t>
            </w:r>
          </w:p>
          <w:p w14:paraId="610B287F" w14:textId="114B0A5D" w:rsidR="00632214" w:rsidRDefault="00632214" w:rsidP="00A17A02">
            <w:pPr>
              <w:spacing w:after="0" w:line="240" w:lineRule="auto"/>
            </w:pPr>
          </w:p>
        </w:tc>
      </w:tr>
    </w:tbl>
    <w:p w14:paraId="610FDFFE" w14:textId="66AB85CF" w:rsidR="008F01B5" w:rsidRPr="008F01B5" w:rsidRDefault="00EA29E9" w:rsidP="00EA29E9">
      <w:pPr>
        <w:spacing w:after="0" w:line="240" w:lineRule="auto"/>
        <w:jc w:val="center"/>
        <w:rPr>
          <w:b/>
          <w:color w:val="0053A5"/>
          <w:sz w:val="36"/>
          <w:szCs w:val="36"/>
        </w:rPr>
      </w:pPr>
      <w:r w:rsidRPr="008F01B5">
        <w:rPr>
          <w:b/>
          <w:color w:val="0053A5"/>
          <w:sz w:val="36"/>
          <w:szCs w:val="36"/>
        </w:rPr>
        <w:t>THƯ VẬN ĐỘNG</w:t>
      </w:r>
    </w:p>
    <w:p w14:paraId="054E1932" w14:textId="20295302" w:rsidR="008F01B5" w:rsidRPr="008F01B5" w:rsidRDefault="00EA29E9" w:rsidP="008F01B5">
      <w:pPr>
        <w:spacing w:after="0" w:line="240" w:lineRule="auto"/>
        <w:jc w:val="center"/>
        <w:rPr>
          <w:b/>
          <w:color w:val="0053A5"/>
          <w:sz w:val="36"/>
          <w:szCs w:val="36"/>
        </w:rPr>
      </w:pPr>
      <w:r w:rsidRPr="008F01B5">
        <w:rPr>
          <w:b/>
          <w:color w:val="0053A5"/>
          <w:sz w:val="36"/>
          <w:szCs w:val="36"/>
        </w:rPr>
        <w:t>THAM GIA HIẾN MÁU TÌNH NGUYỆN</w:t>
      </w:r>
    </w:p>
    <w:p w14:paraId="47917185" w14:textId="77777777" w:rsidR="00EA29E9" w:rsidRPr="00A17A02" w:rsidRDefault="00EA29E9" w:rsidP="00EA29E9">
      <w:pPr>
        <w:spacing w:after="0" w:line="240" w:lineRule="auto"/>
        <w:jc w:val="center"/>
        <w:rPr>
          <w:b/>
          <w:color w:val="A2181C"/>
          <w:sz w:val="28"/>
          <w:szCs w:val="28"/>
        </w:rPr>
      </w:pPr>
      <w:r w:rsidRPr="00A17A02">
        <w:rPr>
          <w:b/>
          <w:color w:val="A2181C"/>
          <w:sz w:val="28"/>
          <w:szCs w:val="28"/>
        </w:rPr>
        <w:t xml:space="preserve">Doanh nhân </w:t>
      </w:r>
      <w:proofErr w:type="spellStart"/>
      <w:r w:rsidRPr="00A17A02">
        <w:rPr>
          <w:b/>
          <w:color w:val="A2181C"/>
          <w:sz w:val="28"/>
          <w:szCs w:val="28"/>
        </w:rPr>
        <w:t>Đắk</w:t>
      </w:r>
      <w:proofErr w:type="spellEnd"/>
      <w:r w:rsidRPr="00A17A02">
        <w:rPr>
          <w:b/>
          <w:color w:val="A2181C"/>
          <w:sz w:val="28"/>
          <w:szCs w:val="28"/>
        </w:rPr>
        <w:t xml:space="preserve"> </w:t>
      </w:r>
      <w:proofErr w:type="spellStart"/>
      <w:r w:rsidRPr="00A17A02">
        <w:rPr>
          <w:b/>
          <w:color w:val="A2181C"/>
          <w:sz w:val="28"/>
          <w:szCs w:val="28"/>
        </w:rPr>
        <w:t>Lắk</w:t>
      </w:r>
      <w:proofErr w:type="spellEnd"/>
      <w:r w:rsidRPr="00A17A02">
        <w:rPr>
          <w:b/>
          <w:color w:val="A2181C"/>
          <w:sz w:val="28"/>
          <w:szCs w:val="28"/>
        </w:rPr>
        <w:t xml:space="preserve"> – Sẻ giọt máu, trao sự sống</w:t>
      </w:r>
    </w:p>
    <w:p w14:paraId="7F0B628C" w14:textId="77777777" w:rsidR="00EA29E9" w:rsidRPr="008F01B5" w:rsidRDefault="00EA29E9" w:rsidP="00021561">
      <w:pPr>
        <w:spacing w:after="0" w:line="240" w:lineRule="auto"/>
        <w:jc w:val="center"/>
        <w:rPr>
          <w:bCs/>
          <w:i/>
          <w:iCs/>
          <w:sz w:val="26"/>
          <w:szCs w:val="26"/>
          <w:u w:val="single"/>
        </w:rPr>
      </w:pPr>
    </w:p>
    <w:p w14:paraId="7034692D" w14:textId="1F724D47" w:rsidR="00021561" w:rsidRPr="008F01B5" w:rsidRDefault="003B6C0F" w:rsidP="00021561">
      <w:pPr>
        <w:spacing w:after="0" w:line="240" w:lineRule="auto"/>
        <w:jc w:val="center"/>
        <w:rPr>
          <w:b/>
          <w:bCs/>
          <w:color w:val="0053A5"/>
          <w:sz w:val="26"/>
          <w:szCs w:val="26"/>
        </w:rPr>
      </w:pPr>
      <w:r w:rsidRPr="008F01B5">
        <w:rPr>
          <w:bCs/>
          <w:i/>
          <w:iCs/>
          <w:sz w:val="26"/>
          <w:szCs w:val="26"/>
          <w:u w:val="single"/>
        </w:rPr>
        <w:t>Kính gửi</w:t>
      </w:r>
      <w:r w:rsidRPr="008F01B5">
        <w:rPr>
          <w:b/>
          <w:sz w:val="26"/>
          <w:szCs w:val="26"/>
        </w:rPr>
        <w:t xml:space="preserve">: </w:t>
      </w:r>
      <w:r w:rsidRPr="008F01B5">
        <w:rPr>
          <w:b/>
          <w:bCs/>
          <w:color w:val="0053A5"/>
          <w:sz w:val="26"/>
          <w:szCs w:val="26"/>
        </w:rPr>
        <w:t xml:space="preserve">Quý Doanh nhân, Quý Doanh nghiệp và </w:t>
      </w:r>
      <w:r w:rsidR="006E31F8" w:rsidRPr="008F01B5">
        <w:rPr>
          <w:b/>
          <w:bCs/>
          <w:color w:val="0053A5"/>
          <w:sz w:val="26"/>
          <w:szCs w:val="26"/>
        </w:rPr>
        <w:t>n</w:t>
      </w:r>
      <w:r w:rsidRPr="008F01B5">
        <w:rPr>
          <w:b/>
          <w:bCs/>
          <w:color w:val="0053A5"/>
          <w:sz w:val="26"/>
          <w:szCs w:val="26"/>
        </w:rPr>
        <w:t>gười lao động</w:t>
      </w:r>
    </w:p>
    <w:p w14:paraId="13F1FE22" w14:textId="2E556E4B" w:rsidR="00632214" w:rsidRPr="008F01B5" w:rsidRDefault="00BC0437" w:rsidP="00021561">
      <w:pPr>
        <w:spacing w:after="0" w:line="240" w:lineRule="auto"/>
        <w:jc w:val="center"/>
        <w:rPr>
          <w:sz w:val="26"/>
          <w:szCs w:val="26"/>
        </w:rPr>
      </w:pPr>
      <w:r w:rsidRPr="008F01B5">
        <w:rPr>
          <w:b/>
          <w:bCs/>
          <w:color w:val="0053A5"/>
          <w:sz w:val="26"/>
          <w:szCs w:val="26"/>
        </w:rPr>
        <w:t xml:space="preserve">                              </w:t>
      </w:r>
      <w:r w:rsidR="00D05A29" w:rsidRPr="008F01B5">
        <w:rPr>
          <w:b/>
          <w:bCs/>
          <w:color w:val="0053A5"/>
          <w:sz w:val="26"/>
          <w:szCs w:val="26"/>
        </w:rPr>
        <w:t xml:space="preserve"> </w:t>
      </w:r>
      <w:r w:rsidR="003B6C0F" w:rsidRPr="008F01B5">
        <w:rPr>
          <w:b/>
          <w:bCs/>
          <w:color w:val="0053A5"/>
          <w:sz w:val="26"/>
          <w:szCs w:val="26"/>
        </w:rPr>
        <w:t xml:space="preserve">các doanh nghiệp hội viên Hiệp hội Doanh nghiệp tỉnh </w:t>
      </w:r>
      <w:proofErr w:type="spellStart"/>
      <w:r w:rsidR="003B6C0F" w:rsidRPr="008F01B5">
        <w:rPr>
          <w:b/>
          <w:bCs/>
          <w:color w:val="0053A5"/>
          <w:sz w:val="26"/>
          <w:szCs w:val="26"/>
        </w:rPr>
        <w:t>Đắk</w:t>
      </w:r>
      <w:proofErr w:type="spellEnd"/>
      <w:r w:rsidR="003B6C0F" w:rsidRPr="008F01B5">
        <w:rPr>
          <w:b/>
          <w:bCs/>
          <w:color w:val="0053A5"/>
          <w:sz w:val="26"/>
          <w:szCs w:val="26"/>
        </w:rPr>
        <w:t xml:space="preserve"> </w:t>
      </w:r>
      <w:proofErr w:type="spellStart"/>
      <w:r w:rsidR="003B6C0F" w:rsidRPr="008F01B5">
        <w:rPr>
          <w:b/>
          <w:bCs/>
          <w:color w:val="0053A5"/>
          <w:sz w:val="26"/>
          <w:szCs w:val="26"/>
        </w:rPr>
        <w:t>Lắk</w:t>
      </w:r>
      <w:proofErr w:type="spellEnd"/>
      <w:r w:rsidR="003B6C0F" w:rsidRPr="008F01B5">
        <w:rPr>
          <w:sz w:val="26"/>
          <w:szCs w:val="26"/>
        </w:rPr>
        <w:t>.</w:t>
      </w:r>
    </w:p>
    <w:p w14:paraId="01F180A3" w14:textId="77777777" w:rsidR="00E2699B" w:rsidRPr="008F01B5" w:rsidRDefault="00E2699B" w:rsidP="00B342AE">
      <w:pPr>
        <w:spacing w:after="0" w:line="240" w:lineRule="auto"/>
        <w:ind w:firstLine="567"/>
        <w:jc w:val="center"/>
        <w:rPr>
          <w:sz w:val="26"/>
          <w:szCs w:val="26"/>
        </w:rPr>
      </w:pPr>
    </w:p>
    <w:p w14:paraId="12479596" w14:textId="466BCA96" w:rsidR="00E2699B" w:rsidRPr="008F01B5" w:rsidRDefault="00E2699B" w:rsidP="00B342AE">
      <w:pPr>
        <w:spacing w:after="40"/>
        <w:ind w:firstLine="567"/>
        <w:jc w:val="both"/>
        <w:rPr>
          <w:color w:val="0053A5"/>
          <w:sz w:val="24"/>
          <w:szCs w:val="24"/>
        </w:rPr>
      </w:pPr>
      <w:r w:rsidRPr="008F01B5">
        <w:rPr>
          <w:b/>
          <w:bCs/>
          <w:color w:val="0053A5"/>
          <w:sz w:val="24"/>
          <w:szCs w:val="24"/>
        </w:rPr>
        <w:t xml:space="preserve">Thực hiện kết luận Hội nghị Ban Chấp hành và Hội viên Hiệp hội Doanh nghiệp tỉnh </w:t>
      </w:r>
      <w:proofErr w:type="spellStart"/>
      <w:r w:rsidRPr="008F01B5">
        <w:rPr>
          <w:b/>
          <w:bCs/>
          <w:color w:val="0053A5"/>
          <w:sz w:val="24"/>
          <w:szCs w:val="24"/>
        </w:rPr>
        <w:t>Đắk</w:t>
      </w:r>
      <w:proofErr w:type="spellEnd"/>
      <w:r w:rsidRPr="008F01B5">
        <w:rPr>
          <w:b/>
          <w:bCs/>
          <w:color w:val="0053A5"/>
          <w:sz w:val="24"/>
          <w:szCs w:val="24"/>
        </w:rPr>
        <w:t xml:space="preserve"> </w:t>
      </w:r>
      <w:proofErr w:type="spellStart"/>
      <w:r w:rsidRPr="008F01B5">
        <w:rPr>
          <w:b/>
          <w:bCs/>
          <w:color w:val="0053A5"/>
          <w:sz w:val="24"/>
          <w:szCs w:val="24"/>
        </w:rPr>
        <w:t>Lắk</w:t>
      </w:r>
      <w:proofErr w:type="spellEnd"/>
      <w:r w:rsidRPr="008F01B5">
        <w:rPr>
          <w:b/>
          <w:bCs/>
          <w:color w:val="0053A5"/>
          <w:sz w:val="24"/>
          <w:szCs w:val="24"/>
        </w:rPr>
        <w:t xml:space="preserve"> ngày 01/9/2026 tại Tuy Hòa</w:t>
      </w:r>
      <w:r w:rsidR="008F01B5" w:rsidRPr="008F01B5">
        <w:rPr>
          <w:b/>
          <w:bCs/>
          <w:color w:val="0053A5"/>
          <w:sz w:val="24"/>
          <w:szCs w:val="24"/>
        </w:rPr>
        <w:t>.</w:t>
      </w:r>
    </w:p>
    <w:p w14:paraId="5F424813" w14:textId="52B56473" w:rsidR="00E2699B" w:rsidRPr="008F01B5" w:rsidRDefault="00E2699B" w:rsidP="00B342AE">
      <w:pPr>
        <w:spacing w:after="40"/>
        <w:ind w:firstLine="567"/>
        <w:jc w:val="both"/>
        <w:rPr>
          <w:sz w:val="24"/>
          <w:szCs w:val="24"/>
        </w:rPr>
      </w:pPr>
      <w:r w:rsidRPr="008F01B5">
        <w:rPr>
          <w:sz w:val="24"/>
          <w:szCs w:val="24"/>
        </w:rPr>
        <w:t xml:space="preserve">Nhân dịp </w:t>
      </w:r>
      <w:proofErr w:type="spellStart"/>
      <w:r w:rsidRPr="008F01B5">
        <w:rPr>
          <w:sz w:val="24"/>
          <w:szCs w:val="24"/>
        </w:rPr>
        <w:t>kỷ</w:t>
      </w:r>
      <w:proofErr w:type="spellEnd"/>
      <w:r w:rsidRPr="008F01B5">
        <w:rPr>
          <w:sz w:val="24"/>
          <w:szCs w:val="24"/>
        </w:rPr>
        <w:t xml:space="preserve"> niệm </w:t>
      </w:r>
      <w:r w:rsidRPr="008F01B5">
        <w:rPr>
          <w:b/>
          <w:bCs/>
          <w:color w:val="0053A5"/>
          <w:sz w:val="24"/>
          <w:szCs w:val="24"/>
        </w:rPr>
        <w:t>Ngày Doanh nhân Việt Nam 13/10/2026</w:t>
      </w:r>
      <w:r w:rsidRPr="008F01B5">
        <w:rPr>
          <w:color w:val="0053A5"/>
          <w:sz w:val="24"/>
          <w:szCs w:val="24"/>
        </w:rPr>
        <w:t xml:space="preserve">, </w:t>
      </w:r>
      <w:r w:rsidRPr="008F01B5">
        <w:rPr>
          <w:sz w:val="24"/>
          <w:szCs w:val="24"/>
        </w:rPr>
        <w:t xml:space="preserve">Hiệp hội phát động chương trình hiến máu tình nguyện </w:t>
      </w:r>
      <w:r w:rsidRPr="008F01B5">
        <w:rPr>
          <w:b/>
          <w:bCs/>
          <w:color w:val="0053A5"/>
          <w:sz w:val="24"/>
          <w:szCs w:val="24"/>
        </w:rPr>
        <w:t xml:space="preserve">“Doanh nhân </w:t>
      </w:r>
      <w:proofErr w:type="spellStart"/>
      <w:r w:rsidRPr="008F01B5">
        <w:rPr>
          <w:b/>
          <w:bCs/>
          <w:color w:val="0053A5"/>
          <w:sz w:val="24"/>
          <w:szCs w:val="24"/>
        </w:rPr>
        <w:t>Đắk</w:t>
      </w:r>
      <w:proofErr w:type="spellEnd"/>
      <w:r w:rsidRPr="008F01B5">
        <w:rPr>
          <w:b/>
          <w:bCs/>
          <w:color w:val="0053A5"/>
          <w:sz w:val="24"/>
          <w:szCs w:val="24"/>
        </w:rPr>
        <w:t xml:space="preserve"> </w:t>
      </w:r>
      <w:proofErr w:type="spellStart"/>
      <w:r w:rsidRPr="008F01B5">
        <w:rPr>
          <w:b/>
          <w:bCs/>
          <w:color w:val="0053A5"/>
          <w:sz w:val="24"/>
          <w:szCs w:val="24"/>
        </w:rPr>
        <w:t>Lắk</w:t>
      </w:r>
      <w:proofErr w:type="spellEnd"/>
      <w:r w:rsidRPr="008F01B5">
        <w:rPr>
          <w:b/>
          <w:bCs/>
          <w:color w:val="0053A5"/>
          <w:sz w:val="24"/>
          <w:szCs w:val="24"/>
        </w:rPr>
        <w:t xml:space="preserve"> – Sẻ giọt máu, trao sự sống”</w:t>
      </w:r>
      <w:r w:rsidRPr="008F01B5">
        <w:rPr>
          <w:sz w:val="24"/>
          <w:szCs w:val="24"/>
        </w:rPr>
        <w:t xml:space="preserve"> tại Buôn Ma </w:t>
      </w:r>
      <w:proofErr w:type="spellStart"/>
      <w:r w:rsidRPr="008F01B5">
        <w:rPr>
          <w:sz w:val="24"/>
          <w:szCs w:val="24"/>
        </w:rPr>
        <w:t>Thuột</w:t>
      </w:r>
      <w:proofErr w:type="spellEnd"/>
      <w:r w:rsidRPr="008F01B5">
        <w:rPr>
          <w:sz w:val="24"/>
          <w:szCs w:val="24"/>
        </w:rPr>
        <w:t xml:space="preserve"> và Tuy Hòa, với mong muốn lan </w:t>
      </w:r>
      <w:proofErr w:type="spellStart"/>
      <w:r w:rsidRPr="008F01B5">
        <w:rPr>
          <w:sz w:val="24"/>
          <w:szCs w:val="24"/>
        </w:rPr>
        <w:t>tỏa</w:t>
      </w:r>
      <w:proofErr w:type="spellEnd"/>
      <w:r w:rsidRPr="008F01B5">
        <w:rPr>
          <w:sz w:val="24"/>
          <w:szCs w:val="24"/>
        </w:rPr>
        <w:t xml:space="preserve"> tinh thần nhân ái, trách nhiệm xã hội và sự sẻ chia của cộng đồng doanh nhân, doanh nghiệp.</w:t>
      </w:r>
    </w:p>
    <w:p w14:paraId="0CD3DDAB" w14:textId="77777777" w:rsidR="00E2699B" w:rsidRPr="008F01B5" w:rsidRDefault="00E2699B" w:rsidP="00B342AE">
      <w:pPr>
        <w:spacing w:after="40"/>
        <w:ind w:firstLine="567"/>
        <w:jc w:val="both"/>
        <w:rPr>
          <w:sz w:val="24"/>
          <w:szCs w:val="24"/>
        </w:rPr>
      </w:pPr>
      <w:r w:rsidRPr="008F01B5">
        <w:rPr>
          <w:b/>
          <w:bCs/>
          <w:color w:val="0053A5"/>
          <w:sz w:val="24"/>
          <w:szCs w:val="24"/>
        </w:rPr>
        <w:t>Mỗi giọt máu trao đi là một nghĩa cử đẹp, góp phần đem lại cơ hội sống cho người bệnh.</w:t>
      </w:r>
      <w:r w:rsidRPr="008F01B5">
        <w:rPr>
          <w:sz w:val="24"/>
          <w:szCs w:val="24"/>
        </w:rPr>
        <w:t xml:space="preserve"> Hiệp hội trân trọng kêu gọi Quý Doanh nhân, Quý Doanh nghiệp cùng người lao động đủ điều kiện sức khỏe hưởng ứng, tham gia chương trình trên tinh thần </w:t>
      </w:r>
      <w:r w:rsidRPr="004C25B2">
        <w:rPr>
          <w:b/>
          <w:bCs/>
          <w:color w:val="0053A5"/>
          <w:sz w:val="24"/>
          <w:szCs w:val="24"/>
        </w:rPr>
        <w:t>tự nguyện, trách nhiệm và sẻ chia</w:t>
      </w:r>
      <w:r w:rsidRPr="004C25B2">
        <w:rPr>
          <w:color w:val="0053A5"/>
          <w:sz w:val="24"/>
          <w:szCs w:val="24"/>
        </w:rPr>
        <w:t>.</w:t>
      </w:r>
    </w:p>
    <w:p w14:paraId="782D9DCA" w14:textId="025DD4D7" w:rsidR="009522A1" w:rsidRPr="008F01B5" w:rsidRDefault="00E2699B" w:rsidP="009522A1">
      <w:pPr>
        <w:spacing w:after="40"/>
        <w:ind w:firstLine="567"/>
        <w:jc w:val="both"/>
        <w:rPr>
          <w:b/>
          <w:bCs/>
          <w:color w:val="A2181C"/>
          <w:sz w:val="24"/>
          <w:szCs w:val="24"/>
        </w:rPr>
      </w:pPr>
      <w:r w:rsidRPr="008F01B5">
        <w:rPr>
          <w:b/>
          <w:bCs/>
          <w:color w:val="A2181C"/>
          <w:sz w:val="24"/>
          <w:szCs w:val="24"/>
        </w:rPr>
        <w:t>HIỆP HỘI KÊU GỌI</w:t>
      </w:r>
      <w:r w:rsidR="008F01B5" w:rsidRPr="008F01B5">
        <w:rPr>
          <w:b/>
          <w:bCs/>
          <w:color w:val="A2181C"/>
          <w:sz w:val="24"/>
          <w:szCs w:val="24"/>
        </w:rPr>
        <w:t>:</w:t>
      </w:r>
    </w:p>
    <w:p w14:paraId="1C2F87D4" w14:textId="4C1BF62D" w:rsidR="009522A1" w:rsidRPr="008F01B5" w:rsidRDefault="007F43F1" w:rsidP="009522A1">
      <w:pPr>
        <w:spacing w:after="40"/>
        <w:ind w:firstLine="567"/>
        <w:jc w:val="both"/>
        <w:rPr>
          <w:b/>
          <w:bCs/>
          <w:sz w:val="24"/>
          <w:szCs w:val="24"/>
        </w:rPr>
      </w:pPr>
      <w:r w:rsidRPr="008F01B5">
        <w:rPr>
          <w:sz w:val="24"/>
          <w:szCs w:val="24"/>
        </w:rPr>
        <w:t xml:space="preserve">- </w:t>
      </w:r>
      <w:r w:rsidR="009522A1" w:rsidRPr="008F01B5">
        <w:rPr>
          <w:sz w:val="24"/>
          <w:szCs w:val="24"/>
        </w:rPr>
        <w:t>Doanh nghiệp hội viên tích cực tuyên truyền, vận động doanh nhân, người quản lý và người lao động đủ điều kiện sức khỏe trực tiếp tham gia hiến máu.</w:t>
      </w:r>
      <w:r w:rsidR="008F01B5" w:rsidRPr="008F01B5">
        <w:rPr>
          <w:sz w:val="24"/>
          <w:szCs w:val="24"/>
        </w:rPr>
        <w:t xml:space="preserve"> </w:t>
      </w:r>
      <w:r w:rsidR="00E2699B" w:rsidRPr="008F01B5">
        <w:rPr>
          <w:sz w:val="24"/>
          <w:szCs w:val="24"/>
        </w:rPr>
        <w:t xml:space="preserve">Doanh nhân, </w:t>
      </w:r>
      <w:r w:rsidR="00D16CC7" w:rsidRPr="008F01B5">
        <w:rPr>
          <w:sz w:val="24"/>
          <w:szCs w:val="24"/>
        </w:rPr>
        <w:t xml:space="preserve">người </w:t>
      </w:r>
      <w:r w:rsidR="00E2699B" w:rsidRPr="008F01B5">
        <w:rPr>
          <w:sz w:val="24"/>
          <w:szCs w:val="24"/>
        </w:rPr>
        <w:t>quản lý và người lao động đủ điều kiện sức khỏe trực tiếp tham gia hiến máu.</w:t>
      </w:r>
    </w:p>
    <w:p w14:paraId="44D93041" w14:textId="1C3C38DA" w:rsidR="00E2699B" w:rsidRPr="008F01B5" w:rsidRDefault="007F43F1" w:rsidP="009522A1">
      <w:pPr>
        <w:spacing w:after="40"/>
        <w:ind w:firstLine="567"/>
        <w:jc w:val="both"/>
        <w:rPr>
          <w:b/>
          <w:bCs/>
          <w:sz w:val="24"/>
          <w:szCs w:val="24"/>
        </w:rPr>
      </w:pPr>
      <w:r w:rsidRPr="008F01B5">
        <w:rPr>
          <w:sz w:val="24"/>
          <w:szCs w:val="24"/>
        </w:rPr>
        <w:t xml:space="preserve">- </w:t>
      </w:r>
      <w:r w:rsidR="00E2699B" w:rsidRPr="008F01B5">
        <w:rPr>
          <w:sz w:val="24"/>
          <w:szCs w:val="24"/>
        </w:rPr>
        <w:t>Việc hiến máu được thực hiện hoàn toàn tự nguyện, theo quy trình sàng lọc và hướng dẫn của cơ quan y tế chuyên môn.</w:t>
      </w:r>
    </w:p>
    <w:p w14:paraId="5B1D0AD3" w14:textId="64BAF7F9" w:rsidR="00E2699B" w:rsidRPr="008F01B5" w:rsidRDefault="00E2699B" w:rsidP="00B342AE">
      <w:pPr>
        <w:spacing w:after="40"/>
        <w:ind w:firstLine="567"/>
        <w:jc w:val="both"/>
        <w:rPr>
          <w:b/>
          <w:bCs/>
          <w:color w:val="A2181C"/>
          <w:sz w:val="24"/>
          <w:szCs w:val="24"/>
        </w:rPr>
      </w:pPr>
      <w:r w:rsidRPr="008F01B5">
        <w:rPr>
          <w:b/>
          <w:bCs/>
          <w:color w:val="A2181C"/>
          <w:sz w:val="24"/>
          <w:szCs w:val="24"/>
        </w:rPr>
        <w:t>THỜI HẠN ĐĂNG KÝ</w:t>
      </w:r>
      <w:r w:rsidR="008F01B5" w:rsidRPr="008F01B5">
        <w:rPr>
          <w:b/>
          <w:bCs/>
          <w:color w:val="A2181C"/>
          <w:sz w:val="24"/>
          <w:szCs w:val="24"/>
        </w:rPr>
        <w:t>:</w:t>
      </w:r>
    </w:p>
    <w:p w14:paraId="043518FF" w14:textId="77777777" w:rsidR="00E2699B" w:rsidRPr="008F01B5" w:rsidRDefault="00E2699B" w:rsidP="00B342AE">
      <w:pPr>
        <w:spacing w:after="40"/>
        <w:ind w:firstLine="567"/>
        <w:jc w:val="both"/>
        <w:rPr>
          <w:color w:val="0053A5"/>
          <w:sz w:val="24"/>
          <w:szCs w:val="24"/>
        </w:rPr>
      </w:pPr>
      <w:r w:rsidRPr="008F01B5">
        <w:rPr>
          <w:b/>
          <w:bCs/>
          <w:color w:val="0053A5"/>
          <w:sz w:val="24"/>
          <w:szCs w:val="24"/>
        </w:rPr>
        <w:t>Rất mong Quý hội viên hưởng ứng, vận động và tổng hợp số lượng người tham gia hiến máu, gửi đăng ký về Hiệp hội chậm nhất ngày 15/9/2026.</w:t>
      </w:r>
    </w:p>
    <w:p w14:paraId="6E85A50D" w14:textId="77777777" w:rsidR="00B11C53" w:rsidRPr="008F01B5" w:rsidRDefault="00E2699B" w:rsidP="00B11C53">
      <w:pPr>
        <w:spacing w:after="40"/>
        <w:ind w:firstLine="567"/>
        <w:jc w:val="both"/>
        <w:rPr>
          <w:color w:val="0053A5"/>
          <w:sz w:val="24"/>
          <w:szCs w:val="24"/>
        </w:rPr>
      </w:pPr>
      <w:r w:rsidRPr="008F01B5">
        <w:rPr>
          <w:b/>
          <w:bCs/>
          <w:color w:val="0053A5"/>
          <w:sz w:val="24"/>
          <w:szCs w:val="24"/>
        </w:rPr>
        <w:t>Đầu mối tiếp nhận:</w:t>
      </w:r>
    </w:p>
    <w:p w14:paraId="6D3C1942" w14:textId="77777777" w:rsidR="008F01B5" w:rsidRPr="008F01B5" w:rsidRDefault="00E2699B" w:rsidP="008F01B5">
      <w:pPr>
        <w:pStyle w:val="ListParagraph"/>
        <w:numPr>
          <w:ilvl w:val="0"/>
          <w:numId w:val="12"/>
        </w:numPr>
        <w:spacing w:after="40"/>
        <w:jc w:val="both"/>
        <w:rPr>
          <w:sz w:val="24"/>
          <w:szCs w:val="24"/>
        </w:rPr>
      </w:pPr>
      <w:r w:rsidRPr="008F01B5">
        <w:rPr>
          <w:sz w:val="24"/>
          <w:szCs w:val="24"/>
        </w:rPr>
        <w:t>Bà Bùi Thị Hảo – ĐT/</w:t>
      </w:r>
      <w:proofErr w:type="spellStart"/>
      <w:r w:rsidRPr="008F01B5">
        <w:rPr>
          <w:sz w:val="24"/>
          <w:szCs w:val="24"/>
        </w:rPr>
        <w:t>Zalo</w:t>
      </w:r>
      <w:proofErr w:type="spellEnd"/>
      <w:r w:rsidRPr="008F01B5">
        <w:rPr>
          <w:sz w:val="24"/>
          <w:szCs w:val="24"/>
        </w:rPr>
        <w:t>: 0935 183 568</w:t>
      </w:r>
    </w:p>
    <w:p w14:paraId="05641484" w14:textId="69D3551C" w:rsidR="008F01B5" w:rsidRPr="008F01B5" w:rsidRDefault="008F01B5" w:rsidP="008F01B5">
      <w:pPr>
        <w:pStyle w:val="ListParagraph"/>
        <w:numPr>
          <w:ilvl w:val="0"/>
          <w:numId w:val="12"/>
        </w:numPr>
        <w:spacing w:after="40"/>
        <w:jc w:val="both"/>
        <w:rPr>
          <w:sz w:val="24"/>
          <w:szCs w:val="24"/>
        </w:rPr>
      </w:pPr>
      <w:r w:rsidRPr="008F01B5">
        <w:rPr>
          <w:sz w:val="24"/>
          <w:szCs w:val="24"/>
        </w:rPr>
        <w:t>Ông Cao Văn Bi – ĐT/</w:t>
      </w:r>
      <w:proofErr w:type="spellStart"/>
      <w:r w:rsidRPr="008F01B5">
        <w:rPr>
          <w:sz w:val="24"/>
          <w:szCs w:val="24"/>
        </w:rPr>
        <w:t>Zalo</w:t>
      </w:r>
      <w:proofErr w:type="spellEnd"/>
      <w:r w:rsidRPr="008F01B5">
        <w:rPr>
          <w:sz w:val="24"/>
          <w:szCs w:val="24"/>
        </w:rPr>
        <w:t>: 0983 150 411</w:t>
      </w:r>
    </w:p>
    <w:p w14:paraId="4786CE2F" w14:textId="3A983DE0" w:rsidR="00E2699B" w:rsidRPr="008F01B5" w:rsidRDefault="00E2699B" w:rsidP="00B11C53">
      <w:pPr>
        <w:spacing w:after="40"/>
        <w:ind w:firstLine="567"/>
        <w:jc w:val="both"/>
        <w:rPr>
          <w:sz w:val="24"/>
          <w:szCs w:val="24"/>
        </w:rPr>
      </w:pPr>
      <w:r w:rsidRPr="008F01B5">
        <w:rPr>
          <w:sz w:val="24"/>
          <w:szCs w:val="24"/>
        </w:rPr>
        <w:t xml:space="preserve">Hoặc đăng ký qua hình thức </w:t>
      </w:r>
      <w:r w:rsidRPr="008F01B5">
        <w:rPr>
          <w:b/>
          <w:bCs/>
          <w:color w:val="0053A5"/>
          <w:sz w:val="24"/>
          <w:szCs w:val="24"/>
        </w:rPr>
        <w:t>Bình chọn</w:t>
      </w:r>
      <w:r w:rsidRPr="008F01B5">
        <w:rPr>
          <w:color w:val="0053A5"/>
          <w:sz w:val="24"/>
          <w:szCs w:val="24"/>
        </w:rPr>
        <w:t>.</w:t>
      </w:r>
    </w:p>
    <w:p w14:paraId="19A0C987" w14:textId="77777777" w:rsidR="00E2699B" w:rsidRPr="008F01B5" w:rsidRDefault="00E2699B" w:rsidP="00B342AE">
      <w:pPr>
        <w:spacing w:after="40"/>
        <w:ind w:firstLine="567"/>
        <w:jc w:val="both"/>
        <w:rPr>
          <w:sz w:val="24"/>
          <w:szCs w:val="24"/>
        </w:rPr>
      </w:pPr>
      <w:r w:rsidRPr="008F01B5">
        <w:rPr>
          <w:sz w:val="24"/>
          <w:szCs w:val="24"/>
        </w:rPr>
        <w:t xml:space="preserve">Thời gian, địa điểm và hình thức tổ chức cụ thể tại </w:t>
      </w:r>
      <w:r w:rsidRPr="008F01B5">
        <w:rPr>
          <w:b/>
          <w:bCs/>
          <w:color w:val="0053A5"/>
          <w:sz w:val="24"/>
          <w:szCs w:val="24"/>
        </w:rPr>
        <w:t xml:space="preserve">Buôn Ma </w:t>
      </w:r>
      <w:proofErr w:type="spellStart"/>
      <w:r w:rsidRPr="008F01B5">
        <w:rPr>
          <w:b/>
          <w:bCs/>
          <w:color w:val="0053A5"/>
          <w:sz w:val="24"/>
          <w:szCs w:val="24"/>
        </w:rPr>
        <w:t>Thuột</w:t>
      </w:r>
      <w:proofErr w:type="spellEnd"/>
      <w:r w:rsidRPr="008F01B5">
        <w:rPr>
          <w:b/>
          <w:bCs/>
          <w:color w:val="0053A5"/>
          <w:sz w:val="24"/>
          <w:szCs w:val="24"/>
        </w:rPr>
        <w:t xml:space="preserve"> và Tuy Hòa</w:t>
      </w:r>
      <w:r w:rsidRPr="008F01B5">
        <w:rPr>
          <w:sz w:val="24"/>
          <w:szCs w:val="24"/>
        </w:rPr>
        <w:t xml:space="preserve"> sẽ được Hiệp hội thông báo sau khi thống nhất với cơ quan y tế chuyên môn.</w:t>
      </w:r>
    </w:p>
    <w:p w14:paraId="485FFB76" w14:textId="77777777" w:rsidR="00E2699B" w:rsidRPr="008F01B5" w:rsidRDefault="00E2699B" w:rsidP="00B342AE">
      <w:pPr>
        <w:spacing w:after="40"/>
        <w:ind w:firstLine="567"/>
        <w:jc w:val="both"/>
        <w:rPr>
          <w:color w:val="0053A5"/>
          <w:sz w:val="24"/>
          <w:szCs w:val="24"/>
        </w:rPr>
      </w:pPr>
      <w:r w:rsidRPr="008F01B5">
        <w:rPr>
          <w:b/>
          <w:bCs/>
          <w:color w:val="0053A5"/>
          <w:sz w:val="24"/>
          <w:szCs w:val="24"/>
        </w:rPr>
        <w:t>Trân trọng cảm ơn sự đồng hành và hưởng ứng của Quý Doanh nhân, Quý Doanh nghiệp!</w:t>
      </w:r>
    </w:p>
    <w:p w14:paraId="7131909D" w14:textId="77777777" w:rsidR="000C76A8" w:rsidRPr="008F01B5" w:rsidRDefault="000C76A8" w:rsidP="00E2699B">
      <w:pPr>
        <w:spacing w:after="0" w:line="240" w:lineRule="auto"/>
        <w:jc w:val="both"/>
        <w:rPr>
          <w:sz w:val="26"/>
          <w:szCs w:val="26"/>
        </w:rPr>
      </w:pPr>
    </w:p>
    <w:tbl>
      <w:tblPr>
        <w:tblStyle w:val="TableGrid"/>
        <w:tblW w:w="9827" w:type="dxa"/>
        <w:tblInd w:w="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4"/>
        <w:gridCol w:w="6903"/>
      </w:tblGrid>
      <w:tr w:rsidR="00B534D1" w:rsidRPr="008F01B5" w14:paraId="6EB95735" w14:textId="77777777" w:rsidTr="00A17A02">
        <w:trPr>
          <w:trHeight w:val="2275"/>
        </w:trPr>
        <w:tc>
          <w:tcPr>
            <w:tcW w:w="2924" w:type="dxa"/>
          </w:tcPr>
          <w:p w14:paraId="64F5051F" w14:textId="77777777" w:rsidR="00702523" w:rsidRPr="008F01B5" w:rsidRDefault="00702523" w:rsidP="00E269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</w:tcPr>
          <w:p w14:paraId="087B0061" w14:textId="6DE5C9B0" w:rsidR="00702523" w:rsidRPr="008F01B5" w:rsidRDefault="00702523" w:rsidP="00E2699B">
            <w:pPr>
              <w:jc w:val="center"/>
              <w:rPr>
                <w:sz w:val="26"/>
                <w:szCs w:val="26"/>
              </w:rPr>
            </w:pPr>
            <w:proofErr w:type="spellStart"/>
            <w:r w:rsidRPr="008F01B5">
              <w:rPr>
                <w:i/>
                <w:sz w:val="26"/>
                <w:szCs w:val="26"/>
              </w:rPr>
              <w:t>Đắk</w:t>
            </w:r>
            <w:proofErr w:type="spellEnd"/>
            <w:r w:rsidRPr="008F01B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F01B5">
              <w:rPr>
                <w:i/>
                <w:sz w:val="26"/>
                <w:szCs w:val="26"/>
              </w:rPr>
              <w:t>Lắk</w:t>
            </w:r>
            <w:proofErr w:type="spellEnd"/>
            <w:r w:rsidRPr="008F01B5">
              <w:rPr>
                <w:i/>
                <w:sz w:val="26"/>
                <w:szCs w:val="26"/>
              </w:rPr>
              <w:t>, ngày 10 tháng 9 năm 2026</w:t>
            </w:r>
          </w:p>
          <w:p w14:paraId="332B0F3B" w14:textId="77777777" w:rsidR="00702523" w:rsidRPr="004C25B2" w:rsidRDefault="00702523" w:rsidP="00E2699B">
            <w:pPr>
              <w:jc w:val="center"/>
              <w:rPr>
                <w:b/>
                <w:color w:val="0053A5"/>
                <w:sz w:val="26"/>
                <w:szCs w:val="26"/>
              </w:rPr>
            </w:pPr>
            <w:r w:rsidRPr="004C25B2">
              <w:rPr>
                <w:b/>
                <w:color w:val="0053A5"/>
                <w:sz w:val="26"/>
                <w:szCs w:val="26"/>
              </w:rPr>
              <w:t>HIỆP HỘI DOANH NGHIỆP TỈNH ĐẮK LẮK</w:t>
            </w:r>
          </w:p>
          <w:p w14:paraId="308B1488" w14:textId="6B75007D" w:rsidR="00702523" w:rsidRPr="004C25B2" w:rsidRDefault="00702523" w:rsidP="008F01B5">
            <w:pPr>
              <w:jc w:val="center"/>
              <w:rPr>
                <w:b/>
                <w:color w:val="0053A5"/>
                <w:sz w:val="26"/>
                <w:szCs w:val="26"/>
              </w:rPr>
            </w:pPr>
            <w:r w:rsidRPr="004C25B2">
              <w:rPr>
                <w:b/>
                <w:color w:val="0053A5"/>
                <w:sz w:val="26"/>
                <w:szCs w:val="26"/>
              </w:rPr>
              <w:t xml:space="preserve"> CHỦ TỊCH</w:t>
            </w:r>
          </w:p>
          <w:p w14:paraId="0452962B" w14:textId="77777777" w:rsidR="009257C9" w:rsidRPr="004C25B2" w:rsidRDefault="009257C9" w:rsidP="00E2699B">
            <w:pPr>
              <w:jc w:val="center"/>
              <w:rPr>
                <w:b/>
                <w:color w:val="0053A5"/>
                <w:sz w:val="26"/>
                <w:szCs w:val="26"/>
              </w:rPr>
            </w:pPr>
          </w:p>
          <w:p w14:paraId="3DEBC4CD" w14:textId="77777777" w:rsidR="008F01B5" w:rsidRPr="004C25B2" w:rsidRDefault="008F01B5" w:rsidP="00E2699B">
            <w:pPr>
              <w:jc w:val="center"/>
              <w:rPr>
                <w:b/>
                <w:color w:val="0053A5"/>
                <w:sz w:val="26"/>
                <w:szCs w:val="26"/>
              </w:rPr>
            </w:pPr>
          </w:p>
          <w:p w14:paraId="12C6C704" w14:textId="77777777" w:rsidR="00A17A02" w:rsidRDefault="00A17A02" w:rsidP="005017AE">
            <w:pPr>
              <w:jc w:val="center"/>
              <w:rPr>
                <w:b/>
                <w:color w:val="0053A5"/>
                <w:sz w:val="26"/>
                <w:szCs w:val="26"/>
              </w:rPr>
            </w:pPr>
          </w:p>
          <w:p w14:paraId="2846C34C" w14:textId="77777777" w:rsidR="00A17A02" w:rsidRDefault="00A17A02" w:rsidP="005017AE">
            <w:pPr>
              <w:jc w:val="center"/>
              <w:rPr>
                <w:b/>
                <w:color w:val="0053A5"/>
                <w:sz w:val="26"/>
                <w:szCs w:val="26"/>
              </w:rPr>
            </w:pPr>
          </w:p>
          <w:p w14:paraId="26D25952" w14:textId="6735B753" w:rsidR="00702523" w:rsidRPr="008F01B5" w:rsidRDefault="00702523" w:rsidP="005017AE">
            <w:pPr>
              <w:jc w:val="center"/>
              <w:rPr>
                <w:sz w:val="26"/>
                <w:szCs w:val="26"/>
              </w:rPr>
            </w:pPr>
            <w:r w:rsidRPr="004C25B2">
              <w:rPr>
                <w:b/>
                <w:color w:val="0053A5"/>
                <w:sz w:val="26"/>
                <w:szCs w:val="26"/>
              </w:rPr>
              <w:t>PHẠM ĐÔNG THANH</w:t>
            </w:r>
          </w:p>
        </w:tc>
      </w:tr>
    </w:tbl>
    <w:p w14:paraId="25C0FFF4" w14:textId="77777777" w:rsidR="00702523" w:rsidRDefault="00702523" w:rsidP="00A17A02">
      <w:pPr>
        <w:spacing w:before="320" w:after="0"/>
        <w:rPr>
          <w:sz w:val="26"/>
          <w:szCs w:val="26"/>
        </w:rPr>
      </w:pPr>
    </w:p>
    <w:sectPr w:rsidR="00702523" w:rsidSect="007F43F1">
      <w:pgSz w:w="11907" w:h="16840" w:code="9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CB80F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6615F"/>
    <w:multiLevelType w:val="hybridMultilevel"/>
    <w:tmpl w:val="A6B0389A"/>
    <w:lvl w:ilvl="0" w:tplc="042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B4577B9"/>
    <w:multiLevelType w:val="multilevel"/>
    <w:tmpl w:val="AB80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F27FF"/>
    <w:multiLevelType w:val="multilevel"/>
    <w:tmpl w:val="4686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263799">
    <w:abstractNumId w:val="8"/>
  </w:num>
  <w:num w:numId="2" w16cid:durableId="523638954">
    <w:abstractNumId w:val="6"/>
  </w:num>
  <w:num w:numId="3" w16cid:durableId="709765466">
    <w:abstractNumId w:val="5"/>
  </w:num>
  <w:num w:numId="4" w16cid:durableId="1601330632">
    <w:abstractNumId w:val="4"/>
  </w:num>
  <w:num w:numId="5" w16cid:durableId="349373888">
    <w:abstractNumId w:val="7"/>
  </w:num>
  <w:num w:numId="6" w16cid:durableId="326254830">
    <w:abstractNumId w:val="3"/>
  </w:num>
  <w:num w:numId="7" w16cid:durableId="2019040715">
    <w:abstractNumId w:val="2"/>
  </w:num>
  <w:num w:numId="8" w16cid:durableId="698243884">
    <w:abstractNumId w:val="1"/>
  </w:num>
  <w:num w:numId="9" w16cid:durableId="1018501390">
    <w:abstractNumId w:val="0"/>
  </w:num>
  <w:num w:numId="10" w16cid:durableId="1070613889">
    <w:abstractNumId w:val="10"/>
  </w:num>
  <w:num w:numId="11" w16cid:durableId="1334798918">
    <w:abstractNumId w:val="11"/>
  </w:num>
  <w:num w:numId="12" w16cid:durableId="14246453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561"/>
    <w:rsid w:val="00034616"/>
    <w:rsid w:val="0005088D"/>
    <w:rsid w:val="0006063C"/>
    <w:rsid w:val="000A7CE4"/>
    <w:rsid w:val="000C76A8"/>
    <w:rsid w:val="000E56E7"/>
    <w:rsid w:val="0015074B"/>
    <w:rsid w:val="00242221"/>
    <w:rsid w:val="002835BB"/>
    <w:rsid w:val="0029639D"/>
    <w:rsid w:val="00326F90"/>
    <w:rsid w:val="003B6C0F"/>
    <w:rsid w:val="004C25B2"/>
    <w:rsid w:val="005017AE"/>
    <w:rsid w:val="005A11AB"/>
    <w:rsid w:val="005E0D37"/>
    <w:rsid w:val="006027DE"/>
    <w:rsid w:val="00632214"/>
    <w:rsid w:val="00646029"/>
    <w:rsid w:val="00656915"/>
    <w:rsid w:val="00680E60"/>
    <w:rsid w:val="006E31F8"/>
    <w:rsid w:val="00702523"/>
    <w:rsid w:val="00710F34"/>
    <w:rsid w:val="00711D25"/>
    <w:rsid w:val="0072109E"/>
    <w:rsid w:val="007E2E7D"/>
    <w:rsid w:val="007F43F1"/>
    <w:rsid w:val="00896CC9"/>
    <w:rsid w:val="00896DB9"/>
    <w:rsid w:val="008F01B5"/>
    <w:rsid w:val="009257C9"/>
    <w:rsid w:val="009522A1"/>
    <w:rsid w:val="00981690"/>
    <w:rsid w:val="00A17A02"/>
    <w:rsid w:val="00AA1D8D"/>
    <w:rsid w:val="00AA48CA"/>
    <w:rsid w:val="00B11C53"/>
    <w:rsid w:val="00B342AE"/>
    <w:rsid w:val="00B47730"/>
    <w:rsid w:val="00B534D1"/>
    <w:rsid w:val="00BC0437"/>
    <w:rsid w:val="00C514D1"/>
    <w:rsid w:val="00CB0664"/>
    <w:rsid w:val="00CB33E9"/>
    <w:rsid w:val="00D05A29"/>
    <w:rsid w:val="00D16CC7"/>
    <w:rsid w:val="00D40121"/>
    <w:rsid w:val="00DC404D"/>
    <w:rsid w:val="00DD256F"/>
    <w:rsid w:val="00E2370E"/>
    <w:rsid w:val="00E2699B"/>
    <w:rsid w:val="00EA29E9"/>
    <w:rsid w:val="00EB3598"/>
    <w:rsid w:val="00F02315"/>
    <w:rsid w:val="00F5002A"/>
    <w:rsid w:val="00F64B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551277C-B85D-4F22-BC5C-1BA05444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Triệu Văn Thái</cp:lastModifiedBy>
  <cp:revision>50</cp:revision>
  <dcterms:created xsi:type="dcterms:W3CDTF">2013-12-23T23:15:00Z</dcterms:created>
  <dcterms:modified xsi:type="dcterms:W3CDTF">2026-09-10T07:53:00Z</dcterms:modified>
  <cp:category/>
</cp:coreProperties>
</file>